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A13BA2" w14:textId="77777777" w:rsidR="00E44BD1" w:rsidRDefault="00E44BD1">
      <w:pPr>
        <w:pStyle w:val="Nadpis1"/>
      </w:pPr>
      <w:r w:rsidRPr="00522424">
        <w:rPr>
          <w:noProof/>
          <w:lang w:val="cs-CZ"/>
        </w:rPr>
        <w:drawing>
          <wp:inline distT="0" distB="0" distL="0" distR="0" wp14:anchorId="590975D8" wp14:editId="43143211">
            <wp:extent cx="2705100" cy="1076325"/>
            <wp:effectExtent l="0" t="0" r="0" b="0"/>
            <wp:docPr id="123" name="Picture 123" descr="Obsah obrázku Písmo, Grafika, design&#10;&#10;Popis byl vytvořen automatick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Picture 123" descr="Obsah obrázku Písmo, Grafika, design&#10;&#10;Popis byl vytvořen automaticky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F3DF7" w14:textId="0836427C" w:rsidR="00DE6465" w:rsidRPr="00E44BD1" w:rsidRDefault="005B012C">
      <w:pPr>
        <w:pStyle w:val="Nadpis1"/>
        <w:rPr>
          <w:b w:val="0"/>
          <w:bCs w:val="0"/>
          <w:color w:val="auto"/>
        </w:rPr>
      </w:pPr>
      <w:proofErr w:type="spellStart"/>
      <w:r w:rsidRPr="00E44BD1">
        <w:rPr>
          <w:rFonts w:cstheme="majorHAnsi"/>
          <w:b w:val="0"/>
          <w:bCs w:val="0"/>
          <w:color w:val="auto"/>
          <w:sz w:val="22"/>
          <w:szCs w:val="22"/>
        </w:rPr>
        <w:t>Základní</w:t>
      </w:r>
      <w:proofErr w:type="spellEnd"/>
      <w:r w:rsidRPr="00E44BD1">
        <w:rPr>
          <w:rFonts w:cstheme="majorHAnsi"/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E44BD1">
        <w:rPr>
          <w:rFonts w:cstheme="majorHAnsi"/>
          <w:b w:val="0"/>
          <w:bCs w:val="0"/>
          <w:color w:val="auto"/>
          <w:sz w:val="22"/>
          <w:szCs w:val="22"/>
        </w:rPr>
        <w:t>škola</w:t>
      </w:r>
      <w:proofErr w:type="spellEnd"/>
      <w:r w:rsidRPr="00E44BD1">
        <w:rPr>
          <w:rFonts w:cstheme="majorHAnsi"/>
          <w:b w:val="0"/>
          <w:bCs w:val="0"/>
          <w:color w:val="auto"/>
          <w:sz w:val="22"/>
          <w:szCs w:val="22"/>
        </w:rPr>
        <w:t xml:space="preserve"> a </w:t>
      </w:r>
      <w:proofErr w:type="spellStart"/>
      <w:r w:rsidRPr="00E44BD1">
        <w:rPr>
          <w:rFonts w:cstheme="majorHAnsi"/>
          <w:b w:val="0"/>
          <w:bCs w:val="0"/>
          <w:color w:val="auto"/>
          <w:sz w:val="22"/>
          <w:szCs w:val="22"/>
        </w:rPr>
        <w:t>mateřská</w:t>
      </w:r>
      <w:proofErr w:type="spellEnd"/>
      <w:r w:rsidRPr="00E44BD1">
        <w:rPr>
          <w:rFonts w:cstheme="majorHAnsi"/>
          <w:b w:val="0"/>
          <w:bCs w:val="0"/>
          <w:color w:val="auto"/>
          <w:sz w:val="22"/>
          <w:szCs w:val="22"/>
        </w:rPr>
        <w:t xml:space="preserve"> </w:t>
      </w:r>
      <w:proofErr w:type="spellStart"/>
      <w:r w:rsidRPr="00E44BD1">
        <w:rPr>
          <w:rFonts w:cstheme="majorHAnsi"/>
          <w:b w:val="0"/>
          <w:bCs w:val="0"/>
          <w:color w:val="auto"/>
          <w:sz w:val="22"/>
          <w:szCs w:val="22"/>
        </w:rPr>
        <w:t>škola</w:t>
      </w:r>
      <w:proofErr w:type="spellEnd"/>
      <w:r w:rsidRPr="00E44BD1">
        <w:rPr>
          <w:rFonts w:cstheme="majorHAnsi"/>
          <w:b w:val="0"/>
          <w:bCs w:val="0"/>
          <w:color w:val="auto"/>
          <w:sz w:val="22"/>
          <w:szCs w:val="22"/>
        </w:rPr>
        <w:t xml:space="preserve"> Rybitví</w:t>
      </w:r>
    </w:p>
    <w:p w14:paraId="0778E468" w14:textId="77777777" w:rsidR="00DE6465" w:rsidRPr="00E44BD1" w:rsidRDefault="005B012C">
      <w:pPr>
        <w:rPr>
          <w:rFonts w:asciiTheme="majorHAnsi" w:hAnsiTheme="majorHAnsi" w:cstheme="majorHAnsi"/>
        </w:rPr>
      </w:pPr>
      <w:r w:rsidRPr="00E44BD1">
        <w:rPr>
          <w:rFonts w:asciiTheme="majorHAnsi" w:hAnsiTheme="majorHAnsi" w:cstheme="majorHAnsi"/>
        </w:rPr>
        <w:t>Školní 143</w:t>
      </w:r>
      <w:r w:rsidRPr="00E44BD1">
        <w:rPr>
          <w:rFonts w:asciiTheme="majorHAnsi" w:hAnsiTheme="majorHAnsi" w:cstheme="majorHAnsi"/>
        </w:rPr>
        <w:br/>
        <w:t>533 54 Rybitví</w:t>
      </w:r>
      <w:r w:rsidRPr="00E44BD1">
        <w:rPr>
          <w:rFonts w:asciiTheme="majorHAnsi" w:hAnsiTheme="majorHAnsi" w:cstheme="majorHAnsi"/>
        </w:rPr>
        <w:br/>
        <w:t>Mgr. Eva Pipková, ředitelka školy</w:t>
      </w:r>
    </w:p>
    <w:p w14:paraId="73348673" w14:textId="77777777" w:rsidR="00E44BD1" w:rsidRDefault="00E44BD1" w:rsidP="00E44BD1">
      <w:pPr>
        <w:pStyle w:val="Nadpis2"/>
        <w:rPr>
          <w:rFonts w:cstheme="majorHAnsi"/>
          <w:sz w:val="22"/>
          <w:szCs w:val="22"/>
        </w:rPr>
      </w:pPr>
    </w:p>
    <w:p w14:paraId="43DF1BAF" w14:textId="6CD2EF55" w:rsidR="00DE6465" w:rsidRPr="00E44BD1" w:rsidRDefault="005B012C" w:rsidP="00E44BD1">
      <w:pPr>
        <w:pStyle w:val="Nadpis2"/>
        <w:rPr>
          <w:rFonts w:cstheme="majorHAnsi"/>
          <w:color w:val="auto"/>
          <w:sz w:val="22"/>
          <w:szCs w:val="22"/>
        </w:rPr>
      </w:pPr>
      <w:r w:rsidRPr="00E44BD1">
        <w:rPr>
          <w:rFonts w:cstheme="majorHAnsi"/>
          <w:color w:val="auto"/>
          <w:sz w:val="22"/>
          <w:szCs w:val="22"/>
        </w:rPr>
        <w:t>ŽÁDOST O UVOLNĚNÍ Z VYUČOVÁNÍ</w:t>
      </w:r>
    </w:p>
    <w:p w14:paraId="6135E15D" w14:textId="4116E808" w:rsidR="00DE6465" w:rsidRPr="00E44BD1" w:rsidRDefault="005B012C">
      <w:pPr>
        <w:rPr>
          <w:rFonts w:asciiTheme="majorHAnsi" w:hAnsiTheme="majorHAnsi" w:cstheme="majorHAnsi"/>
        </w:rPr>
      </w:pPr>
      <w:r w:rsidRPr="00E44BD1">
        <w:rPr>
          <w:rFonts w:asciiTheme="majorHAnsi" w:hAnsiTheme="majorHAnsi" w:cstheme="majorHAnsi"/>
        </w:rPr>
        <w:t>(vice než jeden den - rodinné důvody, ozdravný pobyt)</w:t>
      </w:r>
      <w:r w:rsidR="00E44BD1">
        <w:rPr>
          <w:rFonts w:asciiTheme="majorHAnsi" w:hAnsiTheme="majorHAnsi" w:cstheme="majorHAnsi"/>
        </w:rPr>
        <w:br/>
      </w:r>
    </w:p>
    <w:p w14:paraId="6B138FFD" w14:textId="175A8A08" w:rsidR="00DE6465" w:rsidRPr="00E44BD1" w:rsidRDefault="005B012C">
      <w:pPr>
        <w:rPr>
          <w:rFonts w:asciiTheme="majorHAnsi" w:hAnsiTheme="majorHAnsi" w:cstheme="majorHAnsi"/>
        </w:rPr>
      </w:pPr>
      <w:r w:rsidRPr="00E44BD1">
        <w:rPr>
          <w:rFonts w:asciiTheme="majorHAnsi" w:hAnsiTheme="majorHAnsi" w:cstheme="majorHAnsi"/>
        </w:rPr>
        <w:t xml:space="preserve">Žádám o uvolnění dcery – syna </w:t>
      </w:r>
      <w:r w:rsidRPr="00E44BD1">
        <w:rPr>
          <w:rFonts w:asciiTheme="majorHAnsi" w:hAnsiTheme="majorHAnsi" w:cstheme="majorHAnsi"/>
        </w:rPr>
        <w:t xml:space="preserve">..................................................., </w:t>
      </w:r>
      <w:proofErr w:type="spellStart"/>
      <w:r w:rsidRPr="00E44BD1">
        <w:rPr>
          <w:rFonts w:asciiTheme="majorHAnsi" w:hAnsiTheme="majorHAnsi" w:cstheme="majorHAnsi"/>
        </w:rPr>
        <w:t>nar</w:t>
      </w:r>
      <w:proofErr w:type="spellEnd"/>
      <w:r w:rsidRPr="00E44BD1">
        <w:rPr>
          <w:rFonts w:asciiTheme="majorHAnsi" w:hAnsiTheme="majorHAnsi" w:cstheme="majorHAnsi"/>
        </w:rPr>
        <w:t>.................</w:t>
      </w:r>
      <w:r w:rsidR="00E44BD1">
        <w:rPr>
          <w:rFonts w:asciiTheme="majorHAnsi" w:hAnsiTheme="majorHAnsi" w:cstheme="majorHAnsi"/>
        </w:rPr>
        <w:t>............................</w:t>
      </w:r>
    </w:p>
    <w:p w14:paraId="6887C9A1" w14:textId="77777777" w:rsidR="00DE6465" w:rsidRPr="00E44BD1" w:rsidRDefault="005B012C">
      <w:pPr>
        <w:rPr>
          <w:rFonts w:asciiTheme="majorHAnsi" w:hAnsiTheme="majorHAnsi" w:cstheme="majorHAnsi"/>
        </w:rPr>
      </w:pPr>
      <w:r w:rsidRPr="00E44BD1">
        <w:rPr>
          <w:rFonts w:asciiTheme="majorHAnsi" w:hAnsiTheme="majorHAnsi" w:cstheme="majorHAnsi"/>
        </w:rPr>
        <w:t>Žáka/yně třídy ..............................., ze školní docházky na dobu od .......................do ....................</w:t>
      </w:r>
    </w:p>
    <w:p w14:paraId="3C4F14E8" w14:textId="794CB986" w:rsidR="00DE6465" w:rsidRDefault="005B012C">
      <w:pPr>
        <w:rPr>
          <w:rFonts w:asciiTheme="majorHAnsi" w:hAnsiTheme="majorHAnsi" w:cstheme="majorHAnsi"/>
        </w:rPr>
      </w:pPr>
      <w:r w:rsidRPr="00E44BD1">
        <w:rPr>
          <w:rFonts w:asciiTheme="majorHAnsi" w:hAnsiTheme="majorHAnsi" w:cstheme="majorHAnsi"/>
        </w:rPr>
        <w:t xml:space="preserve">z </w:t>
      </w:r>
      <w:proofErr w:type="gramStart"/>
      <w:r w:rsidRPr="00E44BD1">
        <w:rPr>
          <w:rFonts w:asciiTheme="majorHAnsi" w:hAnsiTheme="majorHAnsi" w:cstheme="majorHAnsi"/>
        </w:rPr>
        <w:t>důvodu:..........................................................................................................................</w:t>
      </w:r>
      <w:r w:rsidR="00E44BD1">
        <w:rPr>
          <w:rFonts w:asciiTheme="majorHAnsi" w:hAnsiTheme="majorHAnsi" w:cstheme="majorHAnsi"/>
        </w:rPr>
        <w:t>.................</w:t>
      </w:r>
      <w:proofErr w:type="gramEnd"/>
    </w:p>
    <w:p w14:paraId="490E48A3" w14:textId="62FEC3DF" w:rsidR="00E44BD1" w:rsidRPr="00E44BD1" w:rsidRDefault="00E44BD1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……………………………………………………………………………………………………………………………………………………..</w:t>
      </w:r>
    </w:p>
    <w:p w14:paraId="40E1E5F1" w14:textId="0299AF05" w:rsidR="00DE6465" w:rsidRPr="00E44BD1" w:rsidRDefault="00E44BD1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/>
      </w:r>
      <w:proofErr w:type="spellStart"/>
      <w:r w:rsidR="005B012C" w:rsidRPr="00E44BD1">
        <w:rPr>
          <w:rFonts w:asciiTheme="majorHAnsi" w:hAnsiTheme="majorHAnsi" w:cstheme="majorHAnsi"/>
        </w:rPr>
        <w:t>Veškeré</w:t>
      </w:r>
      <w:proofErr w:type="spellEnd"/>
      <w:r w:rsidR="005B012C" w:rsidRPr="00E44BD1">
        <w:rPr>
          <w:rFonts w:asciiTheme="majorHAnsi" w:hAnsiTheme="majorHAnsi" w:cstheme="majorHAnsi"/>
        </w:rPr>
        <w:t xml:space="preserve"> </w:t>
      </w:r>
      <w:proofErr w:type="spellStart"/>
      <w:r w:rsidR="005B012C" w:rsidRPr="00E44BD1">
        <w:rPr>
          <w:rFonts w:asciiTheme="majorHAnsi" w:hAnsiTheme="majorHAnsi" w:cstheme="majorHAnsi"/>
        </w:rPr>
        <w:t>učivo</w:t>
      </w:r>
      <w:proofErr w:type="spellEnd"/>
      <w:r w:rsidR="005B012C" w:rsidRPr="00E44BD1">
        <w:rPr>
          <w:rFonts w:asciiTheme="majorHAnsi" w:hAnsiTheme="majorHAnsi" w:cstheme="majorHAnsi"/>
        </w:rPr>
        <w:t xml:space="preserve"> </w:t>
      </w:r>
      <w:proofErr w:type="spellStart"/>
      <w:r w:rsidR="005B012C" w:rsidRPr="00E44BD1">
        <w:rPr>
          <w:rFonts w:asciiTheme="majorHAnsi" w:hAnsiTheme="majorHAnsi" w:cstheme="majorHAnsi"/>
        </w:rPr>
        <w:t>probrané</w:t>
      </w:r>
      <w:proofErr w:type="spellEnd"/>
      <w:r w:rsidR="005B012C" w:rsidRPr="00E44BD1">
        <w:rPr>
          <w:rFonts w:asciiTheme="majorHAnsi" w:hAnsiTheme="majorHAnsi" w:cstheme="majorHAnsi"/>
        </w:rPr>
        <w:t xml:space="preserve"> v </w:t>
      </w:r>
      <w:proofErr w:type="spellStart"/>
      <w:r w:rsidR="005B012C" w:rsidRPr="00E44BD1">
        <w:rPr>
          <w:rFonts w:asciiTheme="majorHAnsi" w:hAnsiTheme="majorHAnsi" w:cstheme="majorHAnsi"/>
        </w:rPr>
        <w:t>zameškaném</w:t>
      </w:r>
      <w:proofErr w:type="spellEnd"/>
      <w:r w:rsidR="005B012C" w:rsidRPr="00E44BD1">
        <w:rPr>
          <w:rFonts w:asciiTheme="majorHAnsi" w:hAnsiTheme="majorHAnsi" w:cstheme="majorHAnsi"/>
        </w:rPr>
        <w:t xml:space="preserve"> období si syn – dcera doplní.</w:t>
      </w:r>
    </w:p>
    <w:p w14:paraId="353F2A57" w14:textId="77777777" w:rsidR="00DE6465" w:rsidRPr="00E44BD1" w:rsidRDefault="005B012C">
      <w:pPr>
        <w:rPr>
          <w:rFonts w:asciiTheme="majorHAnsi" w:hAnsiTheme="majorHAnsi" w:cstheme="majorHAnsi"/>
        </w:rPr>
      </w:pPr>
      <w:r w:rsidRPr="00E44BD1">
        <w:rPr>
          <w:rFonts w:asciiTheme="majorHAnsi" w:hAnsiTheme="majorHAnsi" w:cstheme="majorHAnsi"/>
        </w:rPr>
        <w:t>Jsem si vědom/a všech právních důsledků, které toto rozhodnutí může mít a činím jej dobrovolně.</w:t>
      </w:r>
    </w:p>
    <w:p w14:paraId="534812A3" w14:textId="0462A4AD" w:rsidR="00DE6465" w:rsidRPr="00E44BD1" w:rsidRDefault="00E44BD1" w:rsidP="00E44BD1">
      <w:pPr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                                                                                      ………………………….</w:t>
      </w:r>
      <w:r w:rsidR="005B012C" w:rsidRPr="00E44BD1">
        <w:rPr>
          <w:rFonts w:asciiTheme="majorHAnsi" w:hAnsiTheme="majorHAnsi" w:cstheme="majorHAnsi"/>
        </w:rPr>
        <w:t>..........................................</w:t>
      </w:r>
    </w:p>
    <w:p w14:paraId="0EFFD88D" w14:textId="57542D5B" w:rsidR="00DE6465" w:rsidRPr="00E44BD1" w:rsidRDefault="00E44BD1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/>
      </w:r>
      <w:r w:rsidR="005B012C" w:rsidRPr="00E44BD1">
        <w:rPr>
          <w:rFonts w:asciiTheme="majorHAnsi" w:hAnsiTheme="majorHAnsi" w:cstheme="majorHAnsi"/>
        </w:rPr>
        <w:t>V.................................</w:t>
      </w:r>
      <w:r>
        <w:rPr>
          <w:rFonts w:asciiTheme="majorHAnsi" w:hAnsiTheme="majorHAnsi" w:cstheme="majorHAnsi"/>
        </w:rPr>
        <w:t>.....</w:t>
      </w:r>
      <w:r w:rsidR="005B012C" w:rsidRPr="00E44BD1">
        <w:rPr>
          <w:rFonts w:asciiTheme="majorHAnsi" w:hAnsiTheme="majorHAnsi" w:cstheme="majorHAnsi"/>
        </w:rPr>
        <w:t>.......dne...........................</w:t>
      </w:r>
    </w:p>
    <w:p w14:paraId="08234AD4" w14:textId="7429CC90" w:rsidR="00DE6465" w:rsidRPr="00E44BD1" w:rsidRDefault="00E44BD1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/>
      </w:r>
      <w:proofErr w:type="spellStart"/>
      <w:r w:rsidR="005B012C" w:rsidRPr="00E44BD1">
        <w:rPr>
          <w:rFonts w:asciiTheme="majorHAnsi" w:hAnsiTheme="majorHAnsi" w:cstheme="majorHAnsi"/>
        </w:rPr>
        <w:t>Základní</w:t>
      </w:r>
      <w:proofErr w:type="spellEnd"/>
      <w:r w:rsidR="005B012C" w:rsidRPr="00E44BD1">
        <w:rPr>
          <w:rFonts w:asciiTheme="majorHAnsi" w:hAnsiTheme="majorHAnsi" w:cstheme="majorHAnsi"/>
        </w:rPr>
        <w:t xml:space="preserve"> </w:t>
      </w:r>
      <w:proofErr w:type="spellStart"/>
      <w:r w:rsidR="005B012C" w:rsidRPr="00E44BD1">
        <w:rPr>
          <w:rFonts w:asciiTheme="majorHAnsi" w:hAnsiTheme="majorHAnsi" w:cstheme="majorHAnsi"/>
        </w:rPr>
        <w:t>škola</w:t>
      </w:r>
      <w:proofErr w:type="spellEnd"/>
      <w:r w:rsidR="005B012C" w:rsidRPr="00E44BD1">
        <w:rPr>
          <w:rFonts w:asciiTheme="majorHAnsi" w:hAnsiTheme="majorHAnsi" w:cstheme="majorHAnsi"/>
        </w:rPr>
        <w:t xml:space="preserve"> a </w:t>
      </w:r>
      <w:proofErr w:type="spellStart"/>
      <w:r w:rsidR="005B012C" w:rsidRPr="00E44BD1">
        <w:rPr>
          <w:rFonts w:asciiTheme="majorHAnsi" w:hAnsiTheme="majorHAnsi" w:cstheme="majorHAnsi"/>
        </w:rPr>
        <w:t>mateřská</w:t>
      </w:r>
      <w:proofErr w:type="spellEnd"/>
      <w:r w:rsidR="005B012C" w:rsidRPr="00E44BD1">
        <w:rPr>
          <w:rFonts w:asciiTheme="majorHAnsi" w:hAnsiTheme="majorHAnsi" w:cstheme="majorHAnsi"/>
        </w:rPr>
        <w:t xml:space="preserve"> </w:t>
      </w:r>
      <w:proofErr w:type="spellStart"/>
      <w:r w:rsidR="005B012C" w:rsidRPr="00E44BD1">
        <w:rPr>
          <w:rFonts w:asciiTheme="majorHAnsi" w:hAnsiTheme="majorHAnsi" w:cstheme="majorHAnsi"/>
        </w:rPr>
        <w:t>škola</w:t>
      </w:r>
      <w:proofErr w:type="spellEnd"/>
      <w:r w:rsidR="005B012C" w:rsidRPr="00E44BD1">
        <w:rPr>
          <w:rFonts w:asciiTheme="majorHAnsi" w:hAnsiTheme="majorHAnsi" w:cstheme="majorHAnsi"/>
        </w:rPr>
        <w:t xml:space="preserve"> Rybitví</w:t>
      </w:r>
      <w:r w:rsidR="005B012C" w:rsidRPr="00E44BD1">
        <w:rPr>
          <w:rFonts w:asciiTheme="majorHAnsi" w:hAnsiTheme="majorHAnsi" w:cstheme="majorHAnsi"/>
        </w:rPr>
        <w:br/>
        <w:t>Školní 143, 533 54 Rybitví</w:t>
      </w:r>
      <w:r w:rsidR="005B012C" w:rsidRPr="00E44BD1">
        <w:rPr>
          <w:rFonts w:asciiTheme="majorHAnsi" w:hAnsiTheme="majorHAnsi" w:cstheme="majorHAnsi"/>
        </w:rPr>
        <w:br/>
      </w:r>
      <w:proofErr w:type="spellStart"/>
      <w:r w:rsidR="005B012C" w:rsidRPr="00E44BD1">
        <w:rPr>
          <w:rFonts w:asciiTheme="majorHAnsi" w:hAnsiTheme="majorHAnsi" w:cstheme="majorHAnsi"/>
        </w:rPr>
        <w:t>Ředitelna</w:t>
      </w:r>
      <w:proofErr w:type="spellEnd"/>
      <w:r w:rsidR="005B012C" w:rsidRPr="00E44BD1">
        <w:rPr>
          <w:rFonts w:asciiTheme="majorHAnsi" w:hAnsiTheme="majorHAnsi" w:cstheme="majorHAnsi"/>
        </w:rPr>
        <w:t>: +420 734 169 200</w:t>
      </w:r>
      <w:r w:rsidR="005B012C" w:rsidRPr="00E44BD1">
        <w:rPr>
          <w:rFonts w:asciiTheme="majorHAnsi" w:hAnsiTheme="majorHAnsi" w:cstheme="majorHAnsi"/>
        </w:rPr>
        <w:br/>
      </w:r>
      <w:r w:rsidR="005B012C" w:rsidRPr="00E44BD1">
        <w:rPr>
          <w:rFonts w:asciiTheme="majorHAnsi" w:hAnsiTheme="majorHAnsi" w:cstheme="majorHAnsi"/>
        </w:rPr>
        <w:t>reditel@skolarybitvi.cz</w:t>
      </w:r>
      <w:r w:rsidR="005B012C" w:rsidRPr="00E44BD1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br/>
      </w:r>
      <w:r w:rsidR="005B012C" w:rsidRPr="00E44BD1">
        <w:rPr>
          <w:rFonts w:asciiTheme="majorHAnsi" w:hAnsiTheme="majorHAnsi" w:cstheme="majorHAnsi"/>
        </w:rPr>
        <w:t>www.skolarybitvi.cz</w:t>
      </w:r>
    </w:p>
    <w:sectPr w:rsidR="00DE6465" w:rsidRPr="00E44BD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03212679">
    <w:abstractNumId w:val="8"/>
  </w:num>
  <w:num w:numId="2" w16cid:durableId="1429621399">
    <w:abstractNumId w:val="6"/>
  </w:num>
  <w:num w:numId="3" w16cid:durableId="1185441205">
    <w:abstractNumId w:val="5"/>
  </w:num>
  <w:num w:numId="4" w16cid:durableId="780420134">
    <w:abstractNumId w:val="4"/>
  </w:num>
  <w:num w:numId="5" w16cid:durableId="2032759673">
    <w:abstractNumId w:val="7"/>
  </w:num>
  <w:num w:numId="6" w16cid:durableId="28141379">
    <w:abstractNumId w:val="3"/>
  </w:num>
  <w:num w:numId="7" w16cid:durableId="569660043">
    <w:abstractNumId w:val="2"/>
  </w:num>
  <w:num w:numId="8" w16cid:durableId="1567492844">
    <w:abstractNumId w:val="1"/>
  </w:num>
  <w:num w:numId="9" w16cid:durableId="1782215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D17119"/>
    <w:rsid w:val="00DE6465"/>
    <w:rsid w:val="00E44BD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DEBE07"/>
  <w14:defaultImageDpi w14:val="300"/>
  <w15:docId w15:val="{35D48E01-AF01-444E-8D29-FE7EECC0D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C693F"/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t">
    <w:name w:val="Quote"/>
    <w:basedOn w:val="Normln"/>
    <w:next w:val="Normln"/>
    <w:link w:val="CittChar"/>
    <w:uiPriority w:val="29"/>
    <w:qFormat/>
    <w:rsid w:val="00FC693F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draznn">
    <w:name w:val="Emphasis"/>
    <w:basedOn w:val="Standardnpsmoodstavce"/>
    <w:uiPriority w:val="20"/>
    <w:qFormat/>
    <w:rsid w:val="00FC693F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textovodkaz">
    <w:name w:val="Hyperlink"/>
    <w:basedOn w:val="Standardnpsmoodstavce"/>
    <w:uiPriority w:val="99"/>
    <w:unhideWhenUsed/>
    <w:rsid w:val="00E44BD1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E44B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170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1176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Ing. Drexlerová Veronika - ZŠ a MŠ Rybitví</cp:lastModifiedBy>
  <cp:revision>2</cp:revision>
  <dcterms:created xsi:type="dcterms:W3CDTF">2025-08-29T11:26:00Z</dcterms:created>
  <dcterms:modified xsi:type="dcterms:W3CDTF">2025-08-29T11:26:00Z</dcterms:modified>
  <cp:category/>
</cp:coreProperties>
</file>